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7222F"/>
        </w:rPr>
        <w:t>Day sheet</w:t>
      </w:r>
    </w:p>
    <w:p>
      <w:r>
        <w:rPr>
          <w:i/>
        </w:rPr>
        <w:t>Times below are EXAMPLE placeholders. One sheet per day; post it on the dressing room door and send it to the crew.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880"/>
          </w:tcPr>
          <w:p>
            <w:r>
              <w:rPr>
                <w:b/>
              </w:rPr>
              <w:t>Date</w:t>
            </w:r>
          </w:p>
        </w:tc>
        <w:tc>
          <w:tcPr>
            <w:tcW w:type="dxa" w:w="6480"/>
          </w:tcPr>
          <w:p>
            <w:r/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City</w:t>
            </w:r>
          </w:p>
        </w:tc>
        <w:tc>
          <w:tcPr>
            <w:tcW w:type="dxa" w:w="6480"/>
          </w:tcPr>
          <w:p>
            <w:r/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Venue</w:t>
            </w:r>
          </w:p>
        </w:tc>
        <w:tc>
          <w:tcPr>
            <w:tcW w:type="dxa" w:w="6480"/>
          </w:tcPr>
          <w:p>
            <w:r/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6480"/>
          </w:tcPr>
          <w:p>
            <w:r/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Day type (show / travel / off)</w:t>
            </w:r>
          </w:p>
        </w:tc>
        <w:tc>
          <w:tcPr>
            <w:tcW w:type="dxa" w:w="6480"/>
          </w:tcPr>
          <w:p>
            <w:r/>
          </w:p>
        </w:tc>
      </w:tr>
    </w:tbl>
    <w:p>
      <w:pPr>
        <w:pStyle w:val="Heading1"/>
      </w:pPr>
      <w:r>
        <w:rPr>
          <w:color w:val="A88050"/>
        </w:rPr>
        <w:t>Schedule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Time</w:t>
            </w:r>
          </w:p>
        </w:tc>
        <w:tc>
          <w:tcPr>
            <w:tcW w:type="dxa" w:w="2880"/>
          </w:tcPr>
          <w:p>
            <w:r>
              <w:rPr>
                <w:b/>
              </w:rPr>
              <w:t>Item</w:t>
            </w:r>
          </w:p>
        </w:tc>
        <w:tc>
          <w:tcPr>
            <w:tcW w:type="dxa" w:w="2880"/>
          </w:tcPr>
          <w:p>
            <w:r>
              <w:rPr>
                <w:b/>
              </w:rPr>
              <w:t>Notes</w:t>
            </w:r>
          </w:p>
        </w:tc>
      </w:tr>
      <w:tr>
        <w:tc>
          <w:tcPr>
            <w:tcW w:type="dxa" w:w="2880"/>
          </w:tcPr>
          <w:p>
            <w:r>
              <w:t>11:00</w:t>
            </w:r>
          </w:p>
        </w:tc>
        <w:tc>
          <w:tcPr>
            <w:tcW w:type="dxa" w:w="2880"/>
          </w:tcPr>
          <w:p>
            <w:r>
              <w:t>Venue access (EXAMPLE)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13:00</w:t>
            </w:r>
          </w:p>
        </w:tc>
        <w:tc>
          <w:tcPr>
            <w:tcW w:type="dxa" w:w="2880"/>
          </w:tcPr>
          <w:p>
            <w:r>
              <w:t>Load in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16:00</w:t>
            </w:r>
          </w:p>
        </w:tc>
        <w:tc>
          <w:tcPr>
            <w:tcW w:type="dxa" w:w="2880"/>
          </w:tcPr>
          <w:p>
            <w:r>
              <w:t>Soundcheck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17:15</w:t>
            </w:r>
          </w:p>
        </w:tc>
        <w:tc>
          <w:tcPr>
            <w:tcW w:type="dxa" w:w="2880"/>
          </w:tcPr>
          <w:p>
            <w:r>
              <w:t>Opener line check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18:00</w:t>
            </w:r>
          </w:p>
        </w:tc>
        <w:tc>
          <w:tcPr>
            <w:tcW w:type="dxa" w:w="2880"/>
          </w:tcPr>
          <w:p>
            <w:r>
              <w:t>Dinner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19:00</w:t>
            </w:r>
          </w:p>
        </w:tc>
        <w:tc>
          <w:tcPr>
            <w:tcW w:type="dxa" w:w="2880"/>
          </w:tcPr>
          <w:p>
            <w:r>
              <w:t>Doors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20:00</w:t>
            </w:r>
          </w:p>
        </w:tc>
        <w:tc>
          <w:tcPr>
            <w:tcW w:type="dxa" w:w="2880"/>
          </w:tcPr>
          <w:p>
            <w:r>
              <w:t>Opener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21:00</w:t>
            </w:r>
          </w:p>
        </w:tc>
        <w:tc>
          <w:tcPr>
            <w:tcW w:type="dxa" w:w="2880"/>
          </w:tcPr>
          <w:p>
            <w:r>
              <w:t>Headliner set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23:00</w:t>
            </w:r>
          </w:p>
        </w:tc>
        <w:tc>
          <w:tcPr>
            <w:tcW w:type="dxa" w:w="2880"/>
          </w:tcPr>
          <w:p>
            <w:r>
              <w:t>Curfew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00:30</w:t>
            </w:r>
          </w:p>
        </w:tc>
        <w:tc>
          <w:tcPr>
            <w:tcW w:type="dxa" w:w="2880"/>
          </w:tcPr>
          <w:p>
            <w:r>
              <w:t>Load out / bus call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</w:tbl>
    <w:p>
      <w:pPr>
        <w:pStyle w:val="Heading1"/>
      </w:pPr>
      <w:r>
        <w:rPr>
          <w:color w:val="A88050"/>
        </w:rPr>
        <w:t>Lodging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880"/>
          </w:tcPr>
          <w:p>
            <w:r>
              <w:rPr>
                <w:b/>
              </w:rPr>
              <w:t>Hotel</w:t>
            </w:r>
          </w:p>
        </w:tc>
        <w:tc>
          <w:tcPr>
            <w:tcW w:type="dxa" w:w="6480"/>
          </w:tcPr>
          <w:p>
            <w:r/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Address / phone</w:t>
            </w:r>
          </w:p>
        </w:tc>
        <w:tc>
          <w:tcPr>
            <w:tcW w:type="dxa" w:w="6480"/>
          </w:tcPr>
          <w:p>
            <w:r/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Confirmation #</w:t>
            </w:r>
          </w:p>
        </w:tc>
        <w:tc>
          <w:tcPr>
            <w:tcW w:type="dxa" w:w="6480"/>
          </w:tcPr>
          <w:p>
            <w:r/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Check-in / check-out</w:t>
            </w:r>
          </w:p>
        </w:tc>
        <w:tc>
          <w:tcPr>
            <w:tcW w:type="dxa" w:w="6480"/>
          </w:tcPr>
          <w:p>
            <w:r/>
          </w:p>
        </w:tc>
      </w:tr>
    </w:tbl>
    <w:p>
      <w:pPr>
        <w:pStyle w:val="Heading1"/>
      </w:pPr>
      <w:r>
        <w:rPr>
          <w:color w:val="A88050"/>
        </w:rPr>
        <w:t>Contacts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Role</w:t>
            </w:r>
          </w:p>
        </w:tc>
        <w:tc>
          <w:tcPr>
            <w:tcW w:type="dxa" w:w="2880"/>
          </w:tcPr>
          <w:p>
            <w:r>
              <w:rPr>
                <w:b/>
              </w:rPr>
              <w:t>Name</w:t>
            </w:r>
          </w:p>
        </w:tc>
        <w:tc>
          <w:tcPr>
            <w:tcW w:type="dxa" w:w="2880"/>
          </w:tcPr>
          <w:p>
            <w:r>
              <w:rPr>
                <w:b/>
              </w:rPr>
              <w:t>Phone</w:t>
            </w:r>
          </w:p>
        </w:tc>
      </w:tr>
      <w:tr>
        <w:tc>
          <w:tcPr>
            <w:tcW w:type="dxa" w:w="2880"/>
          </w:tcPr>
          <w:p>
            <w:r>
              <w:t>Venue / DOS contact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Promoter rep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Production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Tour manager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</w:tbl>
    <w:p>
      <w:pPr>
        <w:pStyle w:val="Heading1"/>
      </w:pPr>
      <w:r>
        <w:rPr>
          <w:color w:val="A88050"/>
        </w:rPr>
        <w:t>Notes</w:t>
      </w:r>
    </w:p>
    <w:p>
      <w:r>
        <w:t>Parking, Wi-Fi, showers, laundry, catering, guest list deadline, merch count time.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pPr>
        <w:pStyle w:val="Heading1"/>
      </w:pPr>
      <w:r>
        <w:rPr>
          <w:color w:val="A88050"/>
        </w:rPr>
        <w:t>Tomorrow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880"/>
          </w:tcPr>
          <w:p>
            <w:r>
              <w:rPr>
                <w:b/>
              </w:rPr>
              <w:t>Next city / venue</w:t>
            </w:r>
          </w:p>
        </w:tc>
        <w:tc>
          <w:tcPr>
            <w:tcW w:type="dxa" w:w="6480"/>
          </w:tcPr>
          <w:p>
            <w:r/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Departure time</w:t>
            </w:r>
          </w:p>
        </w:tc>
        <w:tc>
          <w:tcPr>
            <w:tcW w:type="dxa" w:w="6480"/>
          </w:tcPr>
          <w:p>
            <w:r/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Drive distance / time</w:t>
            </w:r>
          </w:p>
        </w:tc>
        <w:tc>
          <w:tcPr>
            <w:tcW w:type="dxa" w:w="6480"/>
          </w:tcPr>
          <w:p>
            <w:r/>
          </w:p>
        </w:tc>
      </w:tr>
    </w:tbl>
    <w:sectPr w:rsidR="00FC693F" w:rsidRPr="0006063C" w:rsidSect="00034616">
      <w:footerReference w:type="default" r:id="rId9"/>
      <w:headerReference w:type="default" r:id="rId10"/>
      <w:pgSz w:w="12240" w:h="15840"/>
      <w:pgMar w:top="1440" w:right="1152" w:bottom="144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drawing>
        <wp:inline xmlns:a="http://schemas.openxmlformats.org/drawingml/2006/main" xmlns:pic="http://schemas.openxmlformats.org/drawingml/2006/picture">
          <wp:extent cx="1397500" cy="1554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rmngr-powered-by-inkabl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97500" cy="155448"/>
                  </a:xfrm>
                  <a:prstGeom prst="rect"/>
                </pic:spPr>
              </pic:pic>
            </a:graphicData>
          </a:graphic>
        </wp:inline>
      </w:drawing>
    </w:r>
    <w:r>
      <w:rPr>
        <w:sz w:val="15"/>
      </w:rPr>
      <w:t xml:space="preserve">    Free template from trmngr.com. Replace all EXAMPLE data with your own.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color w:val="7A828C"/>
        <w:sz w:val="16"/>
      </w:rPr>
      <w:t>trmngr.com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